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שרשרת החסד והנתינה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מעשה טוב קטן יכול להשפיע על אנשים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בעל פה ובכתב של רגשות ומחשבות על 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שרשרת מעשים טובים שחוזרת להתחלה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כמעט בלי מילים, עם 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חוזר למי שהתחיל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המעשה הטוב חוזר למי שהתחיל, כמו בומרנג שחוזר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מה שקורה בשרשרת שבסרטון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במעשה טוב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בתוכן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הסרטון כמעט בלי מילים, עם 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הרעיון המרכזי של הבומרנג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התחיל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(חפץ שחוזר למי שזרק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(מעשה טוב בלי ציפייה לתמורה)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(הרבה מעשים מחוברים אחד לשני)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(לעשות טוב כי קיבלתי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(מישהו שלא מכירים)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 רואה מישהו שצריך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האדם עוזר לו במעשה טוב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 שקיבל עזרה עוזר לאדם הבא ברחוב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השרשרת ממשיכה ומקיפה את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המעשה הטוב חוזר בסוף למי שהתחיל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לראות בהבעות הפנים, בחיוך או בתנועות הגוף שהם שמחים ומרוצים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אישית הגיונית - למשל לעזור לחבר, לחייך למישהו, לעזור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שמעשה טוב יכול לחזור למי שהתחיל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של מעשה טוב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שחסד ועזרה חשובים לכל אדם, מוכר או 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ולעצור באמצע השרשרת כדי לשאול מי יהיה הבא בשרשרת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בעל פה לפני הכתיבה, במיוחד בחלקים הפתוחים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לפעילות דיבוב - תלמידים יכולים להמציא דיאלוגים לדמויות בסרטון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בסרטון רואים שרשרת של מעשים טובים קטנים שעוברים מאדם לאדם ברחוב, עד שהחסד חוזר בסוף למי שהתחיל אותו - בדיוק כמו בומרנג.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עוסק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שרשרת מעשים טובים שחוזרת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על חיות 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מועבר הסיפור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כמעט בלי מילים, עם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בדיבור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בשירה מילולית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בכתוביות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למעשה הטוב בסוף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חוזר למי שהתחיל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הופך לריב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הסרטון נקרא ׳בומרנג׳?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בו משחק בומרנג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המעשה הטוב חוזר למי שהתחיל, כמו בומרנג שחוזר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הסרטון מצולם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שם של דמות בסרטון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אדם עוזר לזר, וזה שקיבל עזרה עוזר לאדם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הטוב בסרטון גדול ויקר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השרשרת של המעשים הטובים מקיפה את העיר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יש הרבה דיאלוגים ושיחות ארוכות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הסרטון המעשה הטוב חוזר לנקודת ההתחלה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בסרטון רואים __________ של מעשים טובים שעוברים מאדם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מעשה טוב שעושים בלי לצפות לתמורה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כשמישהו עוזר לנו ועושים טוב למישהו אחר, קוראים לזה לשלם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הסרטון מספר על אדם שעוזר ל__________, מישהו שהוא לא מכיר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הסרטון המעשה הטוב חוזר למי ש__________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בומרנג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שלא מכירים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הרבה מעשים מחוברים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לעשות טוב כי קיבלתי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לשלם הלאה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 שחוזר למי שזרק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מעשה טוב בלי ציפייה לתמורה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המעשה הטוב חוזר בסוף למי שהתחיל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השרשרת ממשיכה ומקיפה את העיר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עוזר לו במעשה טוב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רואה מישהו שצריך עזרה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שקיבל עזרה עוזר לאדם הבא ברחוב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הרגישו האנשים שקיבלו עזרה בסרטון, ואיך ידעתם?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מעשה טוב קטן אתם יכולים לעשות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בומרנג, ואיך זה קשור לסרטון?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למעשה טוב קטן שיכול להתחיל שרשרת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לעזור גם לזרים ולא רק לחברים?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בומרנג של טוב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