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בומרנג של טוב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רעיון שרשרת החסד והנתינה בסרטון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כיצד מעשה טוב קטן יכול להשפיע על אנשים 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ביטוי בעל פה ובכתב של רגשות ומחשבות על נתינה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שרשרת מעשים טובים שחוזרת להתחלה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כמעט בלי מילים, עם מוזיקה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בדיוק מה שקורה בשרשרת שבסרטון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מדובר במעשה טוב קטן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שרשרת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חסד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(חפץ שחוזר למי שזרק אותו)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(מעשה טוב בלי ציפייה לתמורה)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(הרבה מעשים מחוברים אחד לשני)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(לעשות טוב כי קיבלתי טוב)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אדם רואה מישהו שצריך עזרה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האדם עוזר לו במעשה טוב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 שקיבל עזרה עוזר לאדם הבא ברחוב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השרשרת ממשיכה ומקיפה את העיר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אפשר לראות בהבעות הפנים, בחיוך או בתנועות הגוף שהם שמחים ומרוצים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שמעשה טוב יכול לחזור למי שהתחיל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של מעשה טוב 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שחסד ועזרה חשובים לכל אדם, מוכר או זר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הסרטון ולעצור באמצע השרשרת כדי לשאול מי יהיה הבא בשרשרת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לשתף בעל פה לפני הכתיבה, במיוחד בחלקים הפתוחים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הדף לפעילות דיבוב - תלמידים יכולים להמציא דיאלוגים לדמויות בסרטון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בומרנג של טוב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בסרטון רואים שרשרת של מעשים טובים קטנים שעוברים מאדם לאדם ברחוב, עד שהחסד חוזר בסוף למי שהתחיל אותו - בדיוק כמו בומרנג.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חסד  ·  שרשרת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במה עוסק הסרטון?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שרשרת מעשים טובים שחוזרת להתחלה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תחרות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סיפור על חיות 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מועבר הסיפור בסרטון?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כמעט בלי מילים, עם מוזיקה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בדיבור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בשירה מילולית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בסרטון אדם עוזר לזר, וזה שקיבל עזרה עוזר לאדם הבא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מעשה הטוב בסרטון גדול ויקר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בסרטון רואים __________ של מעשים טובים שעוברים מאדם לאדם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מעשה טוב שעושים בלי לצפות לתמורה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בומרנג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הרבה מעשים מחוברים אחד לשני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חסד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לעשות טוב כי קיבלתי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שרשרת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מעשה טוב בלי ציפייה לתמורה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לשלם הלאה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חפץ שחוזר למי שזרק אותו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 שקיבל עזרה עוזר לאדם הבא ברחוב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אדם רואה מישהו שצריך עזרה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השרשרת ממשיכה ומקיפה את העיר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האדם עוזר לו במעשה טוב קטן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הרגישו האנשים שקיבלו עזרה בסרטון, ואיך ידעתם?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בומרנג, ואיך זה קשור לסרטון?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למעשה טוב קטן שיכול להתחיל שרשרת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בומרנג של טוב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